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F4E79"/>
          <w:sz w:val="40"/>
          <w:lang w:val="en-US"/>
        </w:rPr>
        <w:t>BARIS SAHIN</w:t>
      </w:r>
    </w:p>
    <w:p>
      <w:pPr>
        <w:spacing w:after="40"/>
        <w:jc w:val="center"/>
      </w:pPr>
      <w:r>
        <w:t>Software QA Engineer | Test Automation | API &amp; Integration Testing</w:t>
      </w:r>
    </w:p>
    <w:p>
      <w:pPr>
        <w:spacing w:after="80"/>
        <w:jc w:val="center"/>
        <w:pBdr>
          <w:bottom w:val="single" w:sz="6" w:space="5" w:color="B7C9DB"/>
        </w:pBdr>
      </w:pPr>
      <w:r>
        <w:rPr>
          <w:color w:val="4B4B4B"/>
          <w:sz w:val="17"/>
          <w:lang w:val="en-US"/>
        </w:rPr>
        <w:t>Northern Cyprus  |  +90 553 553 1633  |  barissahin33@gmail.com  |  linkedin.com/in/baris-sahin3306</w:t>
      </w:r>
    </w:p>
    <w:p>
      <w:pPr>
        <w:pStyle w:val="CVSection"/>
        <w:pBdr>
          <w:bottom w:val="single" w:sz="8" w:space="3" w:color="1F4E79"/>
        </w:pBdr>
        <w:keepNext/>
      </w:pPr>
      <w:r>
        <w:rPr>
          <w:lang w:val="en-US"/>
        </w:rPr>
        <w:t>PROFESSIONAL SUMMARY</w:t>
      </w:r>
    </w:p>
    <w:p>
      <w:pPr>
        <w:spacing w:after="80"/>
      </w:pPr>
      <w:r>
        <w:t>Software QA Engineer and Computer Engineering graduate with experience owning end-to-end quality processes for web products, REST APIs, and document-processing workflows. Designed Playwright automation architecture reaching 85% code-level and 90% feature-level coverage, integrated automated checks into CI/CD, and delivered major execution-time improvements. Experienced in visual regression testing, customer-facing integrations, JavaScript/TypeScript, n8n, and cross-functional collaboration from design review through release validation.</w:t>
      </w:r>
    </w:p>
    <w:p>
      <w:pPr>
        <w:pStyle w:val="CVSection"/>
        <w:pBdr>
          <w:bottom w:val="single" w:sz="8" w:space="3" w:color="1F4E79"/>
        </w:pBdr>
        <w:keepNext/>
      </w:pPr>
      <w:r>
        <w:rPr>
          <w:lang w:val="en-US"/>
        </w:rPr>
        <w:t>PROFESSIONAL EXPERIENCE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  <w:sz w:val="20"/>
                <w:lang w:val="en-US"/>
              </w:rPr>
              <w:t>Software QA Test Engineer (Part-time)</w:t>
            </w:r>
            <w:r>
              <w:rPr>
                <w:b/>
                <w:sz w:val="20"/>
                <w:lang w:val="en-US"/>
              </w:rPr>
              <w:t xml:space="preserve"> | Base64 Document AI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Jun 2025 - Present</w:t>
            </w:r>
          </w:p>
        </w:tc>
      </w:tr>
    </w:tbl>
    <w:p>
      <w:pPr>
        <w:pStyle w:val="CVMeta"/>
      </w:pPr>
      <w:r>
        <w:rPr>
          <w:lang w:val="en-US"/>
        </w:rPr>
        <w:t>Remote</w:t>
      </w:r>
    </w:p>
    <w:p>
      <w:pPr>
        <w:pStyle w:val="CVBullet"/>
        <w:keepLines/>
        <w:numPr>
          <w:ilvl w:val="0"/>
          <w:numId w:val="10"/>
        </w:numPr>
      </w:pPr>
      <w:r>
        <w:t>Own end-to-end QA for web applications, REST APIs, and document-processing workflows, covering requirement and design reviews, test strategy, test matrices, bug bashes, regression testing, and release validation.</w:t>
      </w:r>
    </w:p>
    <w:p>
      <w:pPr>
        <w:pStyle w:val="CVBullet"/>
        <w:keepLines/>
        <w:numPr>
          <w:ilvl w:val="0"/>
          <w:numId w:val="10"/>
        </w:numPr>
      </w:pPr>
      <w:r>
        <w:t>Designed and implemented a Playwright-based test automation architecture, achieving 85% code-level and 90% feature-level automation coverage across the product.</w:t>
      </w:r>
    </w:p>
    <w:p>
      <w:pPr>
        <w:pStyle w:val="CVBullet"/>
        <w:keepLines/>
        <w:numPr>
          <w:ilvl w:val="0"/>
          <w:numId w:val="10"/>
        </w:numPr>
      </w:pPr>
      <w:r>
        <w:t>Built and maintained more than 50 end-to-end tests with Playwright and Cypress, and integrated automated quality checks into CI/CD pipelines.</w:t>
      </w:r>
    </w:p>
    <w:p>
      <w:pPr>
        <w:pStyle w:val="CVBullet"/>
        <w:keepLines/>
        <w:numPr>
          <w:ilvl w:val="0"/>
          <w:numId w:val="10"/>
        </w:numPr>
      </w:pPr>
      <w:r>
        <w:t>Optimized the main automated test suite through execution and infrastructure improvements, reducing average runtime from 20 minutes to 12 minutes (40% faster).</w:t>
      </w:r>
    </w:p>
    <w:p>
      <w:pPr>
        <w:pStyle w:val="CVBullet"/>
        <w:keepLines/>
        <w:numPr>
          <w:ilvl w:val="0"/>
          <w:numId w:val="10"/>
        </w:numPr>
      </w:pPr>
      <w:r>
        <w:t>Created a Dockerized Playwright visual regression suite and reduced its average runtime from 12 minutes to 5 minutes (58% faster) while maintaining stable cross-environment comparisons.</w:t>
      </w:r>
    </w:p>
    <w:p>
      <w:pPr>
        <w:pStyle w:val="CVBullet"/>
        <w:numPr>
          <w:ilvl w:val="0"/>
          <w:numId w:val="10"/>
        </w:numPr>
      </w:pPr>
      <w:r>
        <w:t>Worked directly with two enterprise customers on production integrations, initially building n8n workflows for process initiation and customer-specific output mapping, then migrating the solution into a maintainable Engine API that I developed.</w:t>
      </w:r>
    </w:p>
    <w:p>
      <w:pPr>
        <w:pStyle w:val="CVBullet"/>
        <w:numPr>
          <w:ilvl w:val="0"/>
          <w:numId w:val="10"/>
        </w:numPr>
      </w:pPr>
      <w:r>
        <w:t>Investigate frontend, backend, data-persistence, navigation, and visual defects; document actionable findings and prepare and present frontend design documents to align implementation with expected behavior.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  <w:sz w:val="20"/>
                <w:lang w:val="en-US"/>
              </w:rPr>
              <w:t>Co-Founder &amp; Developer</w:t>
            </w:r>
            <w:r>
              <w:rPr>
                <w:b/>
                <w:sz w:val="20"/>
                <w:lang w:val="en-US"/>
              </w:rPr>
              <w:t xml:space="preserve"> | PixelSpark Games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2026 - Present</w:t>
            </w:r>
          </w:p>
        </w:tc>
      </w:tr>
    </w:tbl>
    <w:p>
      <w:pPr>
        <w:pStyle w:val="CVMeta"/>
      </w:pPr>
      <w:r>
        <w:rPr>
          <w:lang w:val="en-US"/>
        </w:rPr>
        <w:t>Northern Cyprus / Remote</w:t>
      </w:r>
    </w:p>
    <w:p>
      <w:pPr>
        <w:pStyle w:val="CVBullet"/>
        <w:keepLines/>
        <w:numPr>
          <w:ilvl w:val="0"/>
          <w:numId w:val="10"/>
        </w:numPr>
      </w:pPr>
      <w:r>
        <w:t>Develop game systems with Godot 4 and GDScript, and contribute to the studio website using Next.js, React, and Tailwind CSS.</w:t>
      </w:r>
    </w:p>
    <w:p>
      <w:pPr>
        <w:pStyle w:val="CVBullet"/>
        <w:keepLines/>
        <w:numPr>
          <w:ilvl w:val="0"/>
          <w:numId w:val="10"/>
        </w:numPr>
      </w:pPr>
      <w:r>
        <w:t>Investigate and fix frontend layout, responsiveness, interaction, and user-flow issues.</w:t>
      </w:r>
    </w:p>
    <w:p>
      <w:pPr>
        <w:pStyle w:val="CVBullet"/>
        <w:keepLines/>
        <w:numPr>
          <w:ilvl w:val="0"/>
          <w:numId w:val="10"/>
        </w:numPr>
      </w:pPr>
      <w:r>
        <w:t>Coordinate development tasks, debugging, testing, progress tracking, and team communication.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  <w:sz w:val="20"/>
                <w:lang w:val="en-US"/>
              </w:rPr>
              <w:t>Data Science Intern</w:t>
            </w:r>
            <w:r>
              <w:rPr>
                <w:b/>
                <w:sz w:val="20"/>
                <w:lang w:val="en-US"/>
              </w:rPr>
              <w:t xml:space="preserve"> | Robert Bosch GmbH - R&amp;D Center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Jul 2024 - Aug 2024</w:t>
            </w:r>
          </w:p>
        </w:tc>
      </w:tr>
    </w:tbl>
    <w:p>
      <w:pPr>
        <w:pStyle w:val="CVMeta"/>
      </w:pPr>
      <w:r>
        <w:rPr>
          <w:lang w:val="en-US"/>
        </w:rPr>
        <w:t>Bursa, Türkiye</w:t>
      </w:r>
    </w:p>
    <w:p>
      <w:pPr>
        <w:pStyle w:val="CVBullet"/>
        <w:keepLines/>
        <w:numPr>
          <w:ilvl w:val="0"/>
          <w:numId w:val="10"/>
        </w:numPr>
      </w:pPr>
      <w:r>
        <w:t>Performed exploratory analysis on manufacturing data and developed preliminary machine-learning approaches for production optimization.</w:t>
      </w:r>
    </w:p>
    <w:p>
      <w:pPr>
        <w:pStyle w:val="CVBullet"/>
        <w:keepLines/>
        <w:numPr>
          <w:ilvl w:val="0"/>
          <w:numId w:val="10"/>
        </w:numPr>
      </w:pPr>
      <w:r>
        <w:t>Checked data quality, visualized findings, and prepared concise reports for technical stakeholders.</w:t>
      </w:r>
    </w:p>
    <w:p>
      <w:pPr>
        <w:pStyle w:val="CVSection"/>
        <w:pBdr>
          <w:bottom w:val="single" w:sz="8" w:space="3" w:color="1F4E79"/>
        </w:pBdr>
        <w:keepNext/>
      </w:pPr>
      <w:r>
        <w:rPr>
          <w:lang w:val="en-US"/>
        </w:rPr>
        <w:t>EDUCATION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  <w:sz w:val="20"/>
                <w:lang w:val="en-US"/>
              </w:rPr>
              <w:t>B.Sc. in Computer Engineering</w:t>
            </w:r>
            <w:r>
              <w:rPr>
                <w:b/>
                <w:sz w:val="20"/>
                <w:lang w:val="en-US"/>
              </w:rPr>
              <w:t xml:space="preserve"> | Middle East Technical University - Northern Cyprus Campus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2022 - 2026</w:t>
            </w:r>
          </w:p>
        </w:tc>
      </w:tr>
    </w:tbl>
    <w:p>
      <w:pPr>
        <w:pStyle w:val="CVMeta"/>
      </w:pPr>
      <w:r>
        <w:rPr>
          <w:lang w:val="en-US"/>
        </w:rPr>
        <w:t>Northern Cyprus</w:t>
      </w:r>
    </w:p>
    <w:p>
      <w:pPr>
        <w:pStyle w:val="CVBullet"/>
        <w:keepLines/>
        <w:numPr>
          <w:ilvl w:val="0"/>
          <w:numId w:val="10"/>
        </w:numPr>
      </w:pPr>
      <w:r>
        <w:t>Relevant coursework: Database Management, Software Engineering, Data Structures and Algorithms, Object-Oriented Programming, Computer Networks, Machine Learning, and Artificial Intelligence.</w:t>
      </w:r>
    </w:p>
    <w:p>
      <w:pPr>
        <w:pStyle w:val="CVSection"/>
        <w:pageBreakBefore/>
        <w:pBdr>
          <w:bottom w:val="single" w:sz="8" w:space="3" w:color="1F4E79"/>
        </w:pBdr>
        <w:keepNext/>
      </w:pPr>
      <w:r>
        <w:rPr>
          <w:lang w:val="en-US"/>
        </w:rPr>
        <w:t>TECHNICAL SKILLS</w:t>
      </w:r>
    </w:p>
    <w:p>
      <w:pPr>
        <w:pStyle w:val="CVSkill"/>
      </w:pPr>
      <w:r>
        <w:rPr>
          <w:b/>
          <w:color w:val="1F4E79"/>
        </w:rPr>
        <w:t xml:space="preserve">Databases &amp; Data: </w:t>
      </w:r>
      <w:r>
        <w:rPr>
          <w:b w:val="0"/>
          <w:color w:val="232323"/>
        </w:rPr>
        <w:t>SQL, relational databases, data validation, JSON/XML transformation, schema validation, Oracle database concepts</w:t>
      </w:r>
    </w:p>
    <w:p>
      <w:pPr>
        <w:pStyle w:val="CVSkill"/>
      </w:pPr>
      <w:r>
        <w:rPr>
          <w:b/>
          <w:color w:val="1F4E79"/>
        </w:rPr>
        <w:t xml:space="preserve">QA Strategy &amp; Ownership: </w:t>
      </w:r>
      <w:r>
        <w:rPr>
          <w:b w:val="0"/>
          <w:color w:val="232323"/>
        </w:rPr>
        <w:t>Test strategy, test matrices, bug bashes, defect triage, root-cause isolation, regression verification, release validation, technical documentation</w:t>
      </w:r>
    </w:p>
    <w:p>
      <w:pPr>
        <w:pStyle w:val="CVSkill"/>
      </w:pPr>
      <w:r>
        <w:rPr>
          <w:b/>
          <w:color w:val="1F4E79"/>
        </w:rPr>
        <w:t xml:space="preserve">Backend &amp; Integration: </w:t>
      </w:r>
      <w:r>
        <w:rPr>
          <w:b w:val="0"/>
          <w:color w:val="232323"/>
        </w:rPr>
        <w:t>JavaScript, TypeScript, Python, C#/.NET fundamentals, REST APIs, Engine API development, Node.js scripting, n8n Code Node</w:t>
      </w:r>
    </w:p>
    <w:p>
      <w:pPr>
        <w:pStyle w:val="CVSkill"/>
      </w:pPr>
      <w:r>
        <w:rPr>
          <w:b/>
          <w:color w:val="1F4E79"/>
        </w:rPr>
        <w:t xml:space="preserve">Frontend: </w:t>
      </w:r>
      <w:r>
        <w:rPr>
          <w:b w:val="0"/>
          <w:color w:val="232323"/>
        </w:rPr>
        <w:t>HTML, CSS, JavaScript, React, Next.js, Tailwind CSS, DOM inspection, Browser Developer Tools, UI debugging, design documentation</w:t>
      </w:r>
    </w:p>
    <w:p>
      <w:pPr>
        <w:pStyle w:val="CVSkill"/>
      </w:pPr>
      <w:r>
        <w:rPr>
          <w:b/>
          <w:color w:val="1F4E79"/>
        </w:rPr>
        <w:t xml:space="preserve">Testing &amp; Delivery: </w:t>
      </w:r>
      <w:r>
        <w:rPr>
          <w:b w:val="0"/>
          <w:color w:val="232323"/>
        </w:rPr>
        <w:t>Playwright, Cypress, end-to-end automation, visual regression testing, API testing, CI/CD, Postman, Docker, Git, GitHub, Azure DevOps, Microsoft Azure</w:t>
      </w:r>
    </w:p>
    <w:p>
      <w:pPr>
        <w:pStyle w:val="CVSection"/>
        <w:pBdr>
          <w:bottom w:val="single" w:sz="8" w:space="3" w:color="1F4E79"/>
        </w:pBdr>
        <w:keepNext/>
      </w:pPr>
      <w:r>
        <w:rPr>
          <w:lang w:val="en-US"/>
        </w:rPr>
        <w:t>SELECTED TECHNICAL WORK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</w:rPr>
              <w:t>Enterprise Customer Integration &amp; Mapping</w:t>
            </w:r>
            <w:r>
              <w:rPr>
                <w:b/>
                <w:color w:val="232323"/>
              </w:rPr>
              <w:t xml:space="preserve"> | </w:t>
            </w:r>
            <w:r>
              <w:rPr>
                <w:b/>
                <w:color w:val="232323"/>
              </w:rPr>
              <w:t>Base64 Document AI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2026</w:t>
            </w:r>
          </w:p>
        </w:tc>
      </w:tr>
    </w:tbl>
    <w:p>
      <w:pPr>
        <w:pStyle w:val="CVBullet"/>
        <w:keepLines/>
        <w:numPr>
          <w:ilvl w:val="0"/>
          <w:numId w:val="10"/>
        </w:numPr>
      </w:pPr>
      <w:r>
        <w:t>Developed customer-specific n8n pipelines and a production Engine API to initiate processing and transform AI-generated outputs into required downstream schemas.</w:t>
      </w:r>
    </w:p>
    <w:p>
      <w:pPr>
        <w:pStyle w:val="CVBullet"/>
        <w:keepLines/>
        <w:numPr>
          <w:ilvl w:val="0"/>
          <w:numId w:val="10"/>
        </w:numPr>
      </w:pPr>
      <w:r>
        <w:t>Implemented and validated JSON-to-XML mapping rules covering optional fields, repeated records, ordering constraints, empty values, and customer-specific business exceptions.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</w:rPr>
              <w:t>Playwright Visual Regression &amp; CI Optimization</w:t>
            </w:r>
            <w:r>
              <w:rPr>
                <w:b/>
                <w:color w:val="232323"/>
              </w:rPr>
              <w:t xml:space="preserve"> | </w:t>
            </w:r>
            <w:r>
              <w:rPr>
                <w:b/>
                <w:color w:val="232323"/>
              </w:rPr>
              <w:t>Base64 Document AI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2026</w:t>
            </w:r>
          </w:p>
        </w:tc>
      </w:tr>
    </w:tbl>
    <w:p>
      <w:pPr>
        <w:pStyle w:val="CVBullet"/>
        <w:keepLines/>
        <w:numPr>
          <w:ilvl w:val="0"/>
          <w:numId w:val="10"/>
        </w:numPr>
      </w:pPr>
      <w:r>
        <w:t>Built Dockerized Playwright screenshot testing with stable baselines and CI execution, reducing operating-system-related variance.</w:t>
      </w:r>
    </w:p>
    <w:p>
      <w:pPr>
        <w:pStyle w:val="CVBullet"/>
        <w:keepLines/>
        <w:numPr>
          <w:ilvl w:val="0"/>
          <w:numId w:val="10"/>
        </w:numPr>
      </w:pPr>
      <w:r>
        <w:t>Improved visual-regression execution from 12 minutes to 5 minutes by refining scope, parallelization, and handling of unstable dynamic content.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1F4E79"/>
                <w:sz w:val="20"/>
                <w:lang w:val="en-US"/>
              </w:rPr>
              <w:t>Psychological Counseling and ADHD Analysis Platform</w:t>
            </w:r>
            <w:r>
              <w:rPr>
                <w:b/>
                <w:sz w:val="20"/>
                <w:lang w:val="en-US"/>
              </w:rPr>
              <w:t xml:space="preserve"> | TEKNOFEST 2025</w:t>
            </w:r>
          </w:p>
        </w:tc>
        <w:tc>
          <w:tcPr>
            <w:tcW w:type="dxa" w:w="5141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sz w:val="18"/>
                <w:lang w:val="en-US"/>
              </w:rPr>
              <w:t>2024 - 2025</w:t>
            </w:r>
          </w:p>
        </w:tc>
      </w:tr>
    </w:tbl>
    <w:p>
      <w:pPr>
        <w:pStyle w:val="CVBullet"/>
        <w:keepLines/>
        <w:numPr>
          <w:ilvl w:val="0"/>
          <w:numId w:val="10"/>
        </w:numPr>
      </w:pPr>
      <w:r>
        <w:t>Served as Scrum Master for a software team developing a peer-to-peer counseling platform with video calls and instant messaging.</w:t>
      </w:r>
    </w:p>
    <w:p>
      <w:pPr>
        <w:pStyle w:val="CVBullet"/>
        <w:keepLines/>
        <w:numPr>
          <w:ilvl w:val="0"/>
          <w:numId w:val="10"/>
        </w:numPr>
      </w:pPr>
      <w:r>
        <w:t>Coordinated sprint planning, daily follow-up, task distribution, and delivery across backend and machine-learning workstreams.</w:t>
      </w:r>
    </w:p>
    <w:p>
      <w:pPr>
        <w:pStyle w:val="CVSection"/>
        <w:pBdr>
          <w:bottom w:val="single" w:sz="8" w:space="3" w:color="1F4E79"/>
        </w:pBdr>
        <w:keepNext/>
      </w:pPr>
      <w:r>
        <w:rPr>
          <w:lang w:val="en-US"/>
        </w:rPr>
        <w:t>CERTIFICATIONS &amp; ACHIEVEMENTS</w:t>
      </w:r>
    </w:p>
    <w:p>
      <w:pPr>
        <w:pStyle w:val="CVBullet"/>
        <w:keepLines/>
        <w:numPr>
          <w:ilvl w:val="0"/>
          <w:numId w:val="10"/>
        </w:numPr>
      </w:pPr>
      <w:r>
        <w:t>Foundational C# with Microsoft - Microsoft</w:t>
      </w:r>
    </w:p>
    <w:p>
      <w:pPr>
        <w:pStyle w:val="CVBullet"/>
        <w:keepLines/>
        <w:numPr>
          <w:ilvl w:val="0"/>
          <w:numId w:val="10"/>
        </w:numPr>
      </w:pPr>
      <w:r>
        <w:t>Data Analysis with Python - freeCodeCamp</w:t>
      </w:r>
    </w:p>
    <w:p>
      <w:pPr>
        <w:pStyle w:val="CVBullet"/>
        <w:keepLines/>
        <w:numPr>
          <w:ilvl w:val="0"/>
          <w:numId w:val="10"/>
        </w:numPr>
      </w:pPr>
      <w:r>
        <w:t>Machine Learning with Python - freeCodeCamp</w:t>
      </w:r>
    </w:p>
    <w:p>
      <w:pPr>
        <w:pStyle w:val="CVBullet"/>
        <w:keepLines/>
        <w:numPr>
          <w:ilvl w:val="0"/>
          <w:numId w:val="10"/>
        </w:numPr>
      </w:pPr>
      <w:r>
        <w:t>EF SET English Certificate - C2</w:t>
      </w:r>
    </w:p>
    <w:p>
      <w:pPr>
        <w:pStyle w:val="CVBullet"/>
        <w:keepLines/>
        <w:numPr>
          <w:ilvl w:val="0"/>
          <w:numId w:val="10"/>
        </w:numPr>
      </w:pPr>
      <w:r>
        <w:t>1st Place - Game Jam 2026, PixelSpark team, METU Northern Cyprus Campus</w:t>
      </w:r>
    </w:p>
    <w:p>
      <w:pPr>
        <w:pStyle w:val="CVBullet"/>
        <w:keepLines/>
        <w:numPr>
          <w:ilvl w:val="0"/>
          <w:numId w:val="10"/>
        </w:numPr>
      </w:pPr>
      <w:r>
        <w:t>Honor Certificate - Middle East Technical University, Northern Cyprus Campus</w:t>
      </w:r>
    </w:p>
    <w:p>
      <w:pPr>
        <w:pStyle w:val="CVSection"/>
        <w:pBdr>
          <w:bottom w:val="single" w:sz="8" w:space="3" w:color="1F4E79"/>
        </w:pBdr>
        <w:keepNext/>
      </w:pPr>
      <w:r>
        <w:rPr>
          <w:lang w:val="en-US"/>
        </w:rPr>
        <w:t>LANGUAGES</w:t>
      </w:r>
    </w:p>
    <w:p>
      <w:pPr>
        <w:pStyle w:val="CVSkill"/>
      </w:pPr>
      <w:r>
        <w:rPr>
          <w:b/>
          <w:color w:val="1F4E79"/>
          <w:lang w:val="en-US"/>
        </w:rPr>
        <w:t xml:space="preserve">Turkish: </w:t>
      </w:r>
      <w:r>
        <w:rPr>
          <w:lang w:val="en-US"/>
        </w:rPr>
        <w:t>Native</w:t>
      </w:r>
      <w:r>
        <w:rPr>
          <w:lang w:val="en-US"/>
        </w:rPr>
        <w:t xml:space="preserve">    |    </w:t>
      </w:r>
      <w:r>
        <w:rPr>
          <w:b/>
          <w:color w:val="1F4E79"/>
          <w:lang w:val="en-US"/>
        </w:rPr>
        <w:t xml:space="preserve">English: </w:t>
      </w:r>
      <w:r>
        <w:rPr>
          <w:lang w:val="en-US"/>
        </w:rPr>
        <w:t>Advanced - EF SET C2</w:t>
      </w:r>
    </w:p>
    <w:sectPr w:rsidR="00FC693F" w:rsidRPr="0006063C" w:rsidSect="00034616">
      <w:footerReference w:type="default" r:id="rId9"/>
      <w:pgSz w:w="12240" w:h="15840"/>
      <w:pgMar w:top="662" w:right="979" w:bottom="662" w:left="97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282"/>
        <w:sz w:val="15"/>
      </w:rPr>
      <w:t>Baris Sahin - Curriculum 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ind w:left="245" w:hanging="187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8" w:line="245" w:lineRule="auto"/>
    </w:pPr>
    <w:rPr>
      <w:rFonts w:ascii="Arial" w:hAnsi="Arial" w:eastAsia="Arial"/>
      <w:color w:val="2323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pPr>
      <w:spacing w:before="124" w:after="64"/>
    </w:pPr>
    <w:rPr>
      <w:rFonts w:ascii="Arial" w:hAnsi="Arial" w:eastAsia="Arial"/>
      <w:b/>
      <w:color w:val="1F4E79"/>
      <w:sz w:val="21"/>
    </w:rPr>
  </w:style>
  <w:style w:type="paragraph" w:customStyle="1" w:styleId="CVBullet">
    <w:name w:val="CV Bullet"/>
    <w:pPr>
      <w:spacing w:after="30" w:line="240" w:lineRule="auto"/>
      <w:ind w:left="245" w:hanging="187"/>
    </w:pPr>
    <w:rPr>
      <w:rFonts w:ascii="Arial" w:hAnsi="Arial" w:eastAsia="Arial"/>
      <w:sz w:val="18"/>
    </w:rPr>
  </w:style>
  <w:style w:type="paragraph" w:customStyle="1" w:styleId="CVMeta">
    <w:name w:val="CV Meta"/>
    <w:pPr>
      <w:spacing w:after="28"/>
    </w:pPr>
    <w:rPr>
      <w:rFonts w:ascii="Arial" w:hAnsi="Arial" w:eastAsia="Arial"/>
      <w:i/>
      <w:color w:val="5A5A5A"/>
      <w:sz w:val="17"/>
    </w:rPr>
  </w:style>
  <w:style w:type="paragraph" w:customStyle="1" w:styleId="CVSkill">
    <w:name w:val="CV Skill"/>
    <w:pPr>
      <w:spacing w:after="38"/>
    </w:pPr>
    <w:rPr>
      <w:rFonts w:ascii="Arial" w:hAnsi="Arial" w:eastAsia="Arial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 Sahin - Curriculum Vitae</dc:title>
  <dc:subject>Software Quality Assurance and Software Development</dc:subject>
  <dc:creator>Baris Sahin</dc:creator>
  <cp:keywords>Software QA, SQL, JavaScript, C#, .NET, Oracle, Playwright, Cypress, REST API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